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הזמן שלי – דף עבודה לעולים – בינוני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תורים, יומן ובזמן</w:t>
      </w:r>
    </w:p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התור של מרינה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מרינה עלתה לישראל לפני חצי שנה. ביום ראשון היא קיבלה הודעה מקופת החולים: "נקבע לך תור לרופאת המשפחה ביום רביעי, 11.11, בשעה 9:15."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מרינה כתבה את התור ביומן ושמה תזכורת בטלפון ליום שלפני. ביום רביעי בבוקר היא בדקה כמה זמן לוקחת הנסיעה: 25 דקות באוטובוס. היא החליטה לצאת בשעה 8:30, כדי להגיע קצת לפני.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באוטובוס היה פקק, ומרינה הגיעה בשעה 9:10 – חמש דקות לפני התור. "טוב שיצאתי מוקדם," היא חשבה.</w:t>
      </w:r>
    </w:p>
    <w:p>
      <w:pPr>
        <w:bidi/>
        <w:spacing w:after="80"/>
        <w:jc w:val="right"/>
      </w:pPr>
      <w:r>
        <w:rPr>
          <w:rFonts w:ascii="Arial" w:hAnsi="Arial" w:cs="Arial"/>
          <w:b/>
          <w:sz w:val="24"/>
          <w:rtl/>
          <w:bCs/>
          <w:szCs w:val="24"/>
        </w:rPr>
        <w:t>הקיפו את התשובה הנכונה: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1. באיזה יום מרינה קיבלה את ההודעה?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ביום ראשון   ○ ביום רביעי   ○ ביום שני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2. מתי התור?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יום רביעי, 9:15   ○ יום ראשון, 8:30   ○ יום רביעי, 9:10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3. למה מרינה יצאה ב-8:30?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כי האוטובוס נוסע רק אז   ○ כדי להגיע קצת לפני התור   ○ כי קמה מוקדם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4. בלי פקק, הנסיעה 25 דקות. באיזו שעה מרינה הייתה מגיעה?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8:55   ○ 9:10   ○ 9:15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5. מה היה קורה אם מרינה הייתה יוצאת ב-8:50 ביום עם הפקק הזה?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הייתה מגיעה בזמן   ○ הייתה מאחרת   ○ לא היה שינוי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6. מתי היה לכם תור? איך זכרתם אותו?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מה השעה? כתבו את השעה מתחת לכל שעון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2-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2-1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2-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2-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קובעים תור באינטרנט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בוחרים רופא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בוחרים יום ושעה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שמים תזכורת בטלפון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מאשרים את התור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נכנסים לאתר של קופת החולים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קיבלת הודעה: "התור שלך נדחה ליום חמישי בשעה 11:00".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הקיפו:  ○ לא עושים כלום   ○ מתקנים את היומן ומעבירים את התזכורת   ○ מתקשרים לכעוס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למה?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תור או סידור שלי השבוע – יום, שעה, ומתי אצא: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איזו תזכורת אשים?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