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הזמן שלי – דף עבודה לעולים – קל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שעה, יום ותור</w:t>
      </w:r>
    </w:p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היום של סשה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סָשָׁה עוֹלֶה חָדָשׁ. הוּא גָּר בְּחֵיפָה.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הַיּוֹם יוֹם שֵׁנִי. בְּשָׁעָה שְׁמוֹנֶה סָשָׁה הוֹלֵךְ לָאֻלְפָּן.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בְּשָׁעָה אַחַת הוּא אוֹכֵל אֲרוּחַת צָהֳרַיִם.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בְּשָׁעָה אַרְבַּע יֵשׁ לוֹ תּוֹר לָרוֹפֵא.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סָשָׁה כּוֹתֵב אֶת הַתּוֹר בַּיּוֹמָן, וְשָׂם תִּזְכֹּרֶת בַּטֶּלֶפוֹן.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הוּא יוֹצֵא מֵהַבַּיִת בְּשָׁלוֹשׁ וָחֵצִי. הוּא מַגִּיעַ בַּזְּמַן!</w:t>
      </w:r>
    </w:p>
    <w:p>
      <w:pPr>
        <w:bidi/>
        <w:spacing w:after="8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הקיפו את התשובה הנכונה: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1. אֵיזֶה יוֹם הַיּוֹם?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יוֹם רִאשׁוֹן   ○ יוֹם שֵׁנִי   ○ שַׁבָּת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2. מָתַי סָשָׁה הוֹלֵךְ לָאֻלְפָּן?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בְּשָׁעָה שְׁמוֹנֶה   ○ בְּשָׁעָה אַחַת   ○ בְּשָׁעָה אַרְבַּע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3. מָה יֵשׁ לְסָשָׁה בְּשָׁעָה אַרְבַּע?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אֻלְפָּן   ○ תּוֹר לָרוֹפֵא   ○ אֲרוּחָה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4. אֵיךְ סָשָׁה זוֹכֵר אֶת הַתּוֹר?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כּוֹתֵב בַּיּוֹמָן וְשָׂם תִּזְכֹּרֶת   ○ שׁוֹאֵל חָבֵר   ○ לֹא זוֹכֵר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5. מָה אַתֶּם עוֹשִׂים הַיּוֹם בְּשָׁעָה שְׁמוֹנֶה?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1-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1-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1-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1-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בבקר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מִתְלַבֵּשׁ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אוֹכֵל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יוֹצֵא מֵהַבַּיִת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יֵשׁ לְךָ תּוֹר בְּ־9:00. אַתָּה קָם בְּ־8:50.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הקיפו:  ○ רָץ וּמַגִּיעַ מְאֻחָר   ○ מִתְקַשֵּׁר: "אֲנִי מְאַחֵר"   ○ לֹא הוֹלֵךְ וְלֹא אוֹמֵר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למה?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תור או משימה שלי השבוע (יום ושעה):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איפה אכתוב את זה?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