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מפתח תשובות – עולים – מתקדם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הזמן שלי – סידורים, תכנון ובחירה (למורה)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הבוקר של דני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באיזה יום ובאיזו שעה מתחיל חוג הבישול? – יום שלישי, 10:00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מה דני עשה קודם אחרי שקם? – התקלח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באיזו שעה דני הגיע לחוג? – 9:50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למה נשארו לדני רק 5 דקות להתארגן? – כי דיבר בטלפון 15 דקות ולא הסתכל בשעון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5. מה דני החליט לעשות בפעם הבאה? – לומר שהוא מתארגן ולחזור אחר כך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6. מה הכי חשוב לעשות כשאין מספיק זמן בבוקר? ספרו על פעם שזה קרה לכם. – תשובה אישית; לבדוק שיש נימוק ודוגמה.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8:20 – שמונה ועשרים דקות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9:45 – רבע לעשר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6:10 – שש ועשר דקות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12:35 – שתים־עשרה ושלושים וחמש דקות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אתגר: 8:50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הבוקר של דני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1. התזכורת צלצלה ודני קם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2. דני התקלח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3. דני הכין חביתה ואכל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4. דני דיבר בטלפון עם אמא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5. דני נעל נעליים ולקח סינר, ארנק ומפתחות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6. דני יצא מהבית ב-9:30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התשובה המיטבית: "אני מתארגן, אחזור אליך אחר כך". בדיוק מה שדני החליט לעשות בפעם הבאה. לקבל גם תשובה אחרת עם נימוק סביר.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תשובה אישית. לבדוק שהתשובה מוחשית: יום, שעה, צעד ברור.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